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40D3F1F" w14:textId="77777777" w:rsidR="00A13818" w:rsidRDefault="00116271">
      <w:pPr>
        <w:spacing w:after="20"/>
      </w:pPr>
      <w:r>
        <w:rPr>
          <w:b/>
          <w:color w:val="B18B48"/>
          <w:sz w:val="22"/>
        </w:rPr>
        <w:t>STEINHAUS  |  ARCHITECTURAL PRODUCTS</w:t>
      </w:r>
    </w:p>
    <w:p w14:paraId="6B3B6B04" w14:textId="77777777" w:rsidR="00A13818" w:rsidRDefault="00116271">
      <w:pPr>
        <w:pStyle w:val="TitleSmall"/>
        <w:spacing w:after="0"/>
      </w:pPr>
      <w:r>
        <w:t>FREIGHT DAMAGE REPORT</w:t>
      </w:r>
    </w:p>
    <w:p w14:paraId="618561BA" w14:textId="77777777" w:rsidR="00A13818" w:rsidRDefault="00116271">
      <w:pPr>
        <w:pBdr>
          <w:bottom w:val="single" w:sz="6" w:space="0" w:color="B18B48"/>
        </w:pBdr>
      </w:pPr>
      <w:r>
        <w:rPr>
          <w:color w:val="5C6A77"/>
        </w:rPr>
        <w:t>Customer / receiving representative worksheet  •  Please complete promptly after delivery</w:t>
      </w:r>
    </w:p>
    <w:p w14:paraId="5502FE5A" w14:textId="77777777" w:rsidR="00A13818" w:rsidRDefault="00116271">
      <w:pPr>
        <w:spacing w:before="140"/>
      </w:pPr>
      <w:r>
        <w:rPr>
          <w:b/>
          <w:sz w:val="17"/>
        </w:rPr>
        <w:t>IMPORTANT: Before signing, describe ALL visible damage or shortages on the carrier BOL / POD, photograph the damage, and save the packaging. Call Customer Service: 844-343-3667.</w:t>
      </w:r>
    </w:p>
    <w:p w14:paraId="6EE49E1B" w14:textId="77777777" w:rsidR="00A13818" w:rsidRDefault="00116271">
      <w:pPr>
        <w:pStyle w:val="BlockHead"/>
      </w:pPr>
      <w:r>
        <w:t>1   Customer &amp; order information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98"/>
        <w:gridCol w:w="5098"/>
      </w:tblGrid>
      <w:tr w:rsidR="00A13818" w14:paraId="0BC34914" w14:textId="77777777">
        <w:trPr>
          <w:jc w:val="center"/>
        </w:trPr>
        <w:tc>
          <w:tcPr>
            <w:tcW w:w="5098" w:type="dxa"/>
            <w:vAlign w:val="center"/>
          </w:tcPr>
          <w:p w14:paraId="539262BA" w14:textId="77777777" w:rsidR="00A13818" w:rsidRDefault="00116271">
            <w:pPr>
              <w:pBdr>
                <w:bottom w:val="single" w:sz="6" w:space="0" w:color="C6D0D9"/>
              </w:pBdr>
              <w:spacing w:after="40"/>
            </w:pPr>
            <w:r>
              <w:rPr>
                <w:b/>
                <w:color w:val="5C6A77"/>
                <w:sz w:val="14"/>
              </w:rPr>
              <w:t>CUSTOMER / CONTACT NAME</w:t>
            </w:r>
          </w:p>
          <w:p w14:paraId="31E24938" w14:textId="77777777" w:rsidR="00A13818" w:rsidRDefault="00116271">
            <w:pPr>
              <w:pBdr>
                <w:bottom w:val="single" w:sz="6" w:space="0" w:color="C6D0D9"/>
              </w:pBdr>
              <w:spacing w:before="40" w:after="140"/>
            </w:pPr>
            <w:r>
              <w:t>________________________________________________</w:t>
            </w:r>
          </w:p>
        </w:tc>
        <w:tc>
          <w:tcPr>
            <w:tcW w:w="5098" w:type="dxa"/>
            <w:vAlign w:val="center"/>
          </w:tcPr>
          <w:p w14:paraId="511FC667" w14:textId="77777777" w:rsidR="00A13818" w:rsidRDefault="00116271">
            <w:pPr>
              <w:pBdr>
                <w:bottom w:val="single" w:sz="6" w:space="0" w:color="C6D0D9"/>
              </w:pBdr>
              <w:spacing w:after="40"/>
            </w:pPr>
            <w:r>
              <w:rPr>
                <w:b/>
                <w:color w:val="5C6A77"/>
                <w:sz w:val="14"/>
              </w:rPr>
              <w:t>COMPANY / BUILDER</w:t>
            </w:r>
          </w:p>
          <w:p w14:paraId="4B0B4E2F" w14:textId="77777777" w:rsidR="00A13818" w:rsidRDefault="00116271">
            <w:pPr>
              <w:pBdr>
                <w:bottom w:val="single" w:sz="6" w:space="0" w:color="C6D0D9"/>
              </w:pBdr>
              <w:spacing w:before="40" w:after="140"/>
            </w:pPr>
            <w:r>
              <w:t>________________________________________________</w:t>
            </w:r>
          </w:p>
        </w:tc>
      </w:tr>
      <w:tr w:rsidR="00A13818" w14:paraId="08E8BCF5" w14:textId="77777777">
        <w:trPr>
          <w:jc w:val="center"/>
        </w:trPr>
        <w:tc>
          <w:tcPr>
            <w:tcW w:w="5098" w:type="dxa"/>
            <w:vAlign w:val="center"/>
          </w:tcPr>
          <w:p w14:paraId="5DD73C3C" w14:textId="77777777" w:rsidR="00A13818" w:rsidRDefault="00116271">
            <w:pPr>
              <w:pBdr>
                <w:bottom w:val="single" w:sz="6" w:space="0" w:color="C6D0D9"/>
              </w:pBdr>
              <w:spacing w:after="40"/>
            </w:pPr>
            <w:r>
              <w:rPr>
                <w:b/>
                <w:color w:val="5C6A77"/>
                <w:sz w:val="14"/>
              </w:rPr>
              <w:t>PHONE NUMBER</w:t>
            </w:r>
          </w:p>
          <w:p w14:paraId="252EBDF0" w14:textId="77777777" w:rsidR="00A13818" w:rsidRDefault="00116271">
            <w:pPr>
              <w:pBdr>
                <w:bottom w:val="single" w:sz="6" w:space="0" w:color="C6D0D9"/>
              </w:pBdr>
              <w:spacing w:before="40" w:after="140"/>
            </w:pPr>
            <w:r>
              <w:t>________________________________________________</w:t>
            </w:r>
          </w:p>
        </w:tc>
        <w:tc>
          <w:tcPr>
            <w:tcW w:w="5098" w:type="dxa"/>
            <w:vAlign w:val="center"/>
          </w:tcPr>
          <w:p w14:paraId="0D39687F" w14:textId="77777777" w:rsidR="00A13818" w:rsidRDefault="00116271">
            <w:pPr>
              <w:pBdr>
                <w:bottom w:val="single" w:sz="6" w:space="0" w:color="C6D0D9"/>
              </w:pBdr>
              <w:spacing w:after="40"/>
            </w:pPr>
            <w:r>
              <w:rPr>
                <w:b/>
                <w:color w:val="5C6A77"/>
                <w:sz w:val="14"/>
              </w:rPr>
              <w:t>EMAIL ADDRESS</w:t>
            </w:r>
          </w:p>
          <w:p w14:paraId="6E6A8E79" w14:textId="77777777" w:rsidR="00A13818" w:rsidRDefault="00116271">
            <w:pPr>
              <w:pBdr>
                <w:bottom w:val="single" w:sz="6" w:space="0" w:color="C6D0D9"/>
              </w:pBdr>
              <w:spacing w:before="40" w:after="140"/>
            </w:pPr>
            <w:r>
              <w:t>________________________________________________</w:t>
            </w:r>
          </w:p>
        </w:tc>
      </w:tr>
      <w:tr w:rsidR="00A13818" w14:paraId="391C2058" w14:textId="77777777">
        <w:trPr>
          <w:jc w:val="center"/>
        </w:trPr>
        <w:tc>
          <w:tcPr>
            <w:tcW w:w="5098" w:type="dxa"/>
            <w:vAlign w:val="center"/>
          </w:tcPr>
          <w:p w14:paraId="63A5C65D" w14:textId="77777777" w:rsidR="00A13818" w:rsidRDefault="00116271">
            <w:pPr>
              <w:pBdr>
                <w:bottom w:val="single" w:sz="6" w:space="0" w:color="C6D0D9"/>
              </w:pBdr>
              <w:spacing w:after="40"/>
            </w:pPr>
            <w:r>
              <w:rPr>
                <w:b/>
                <w:color w:val="5C6A77"/>
                <w:sz w:val="14"/>
              </w:rPr>
              <w:t>STEINHAUS ORDER / INVOICE NUMBER</w:t>
            </w:r>
          </w:p>
          <w:p w14:paraId="69B7C2F0" w14:textId="77777777" w:rsidR="00A13818" w:rsidRDefault="00116271">
            <w:pPr>
              <w:pBdr>
                <w:bottom w:val="single" w:sz="6" w:space="0" w:color="C6D0D9"/>
              </w:pBdr>
              <w:spacing w:before="40" w:after="140"/>
            </w:pPr>
            <w:r>
              <w:t>________________________________________________</w:t>
            </w:r>
          </w:p>
        </w:tc>
        <w:tc>
          <w:tcPr>
            <w:tcW w:w="5098" w:type="dxa"/>
            <w:vAlign w:val="center"/>
          </w:tcPr>
          <w:p w14:paraId="49BE5345" w14:textId="77777777" w:rsidR="00A13818" w:rsidRDefault="00116271">
            <w:pPr>
              <w:pBdr>
                <w:bottom w:val="single" w:sz="6" w:space="0" w:color="C6D0D9"/>
              </w:pBdr>
              <w:spacing w:after="40"/>
            </w:pPr>
            <w:r>
              <w:rPr>
                <w:b/>
                <w:color w:val="5C6A77"/>
                <w:sz w:val="14"/>
              </w:rPr>
              <w:t>JOB / PROJECT NAME</w:t>
            </w:r>
          </w:p>
          <w:p w14:paraId="258D4EFE" w14:textId="77777777" w:rsidR="00A13818" w:rsidRDefault="00116271">
            <w:pPr>
              <w:pBdr>
                <w:bottom w:val="single" w:sz="6" w:space="0" w:color="C6D0D9"/>
              </w:pBdr>
              <w:spacing w:before="40" w:after="140"/>
            </w:pPr>
            <w:r>
              <w:t>________________________________________________</w:t>
            </w:r>
          </w:p>
        </w:tc>
      </w:tr>
      <w:tr w:rsidR="00A13818" w14:paraId="02EFCB87" w14:textId="77777777">
        <w:trPr>
          <w:jc w:val="center"/>
        </w:trPr>
        <w:tc>
          <w:tcPr>
            <w:tcW w:w="5098" w:type="dxa"/>
            <w:vAlign w:val="center"/>
          </w:tcPr>
          <w:p w14:paraId="0711A10C" w14:textId="77777777" w:rsidR="00A13818" w:rsidRDefault="00116271">
            <w:pPr>
              <w:pBdr>
                <w:bottom w:val="single" w:sz="6" w:space="0" w:color="C6D0D9"/>
              </w:pBdr>
              <w:spacing w:after="40"/>
            </w:pPr>
            <w:r>
              <w:rPr>
                <w:b/>
                <w:color w:val="5C6A77"/>
                <w:sz w:val="14"/>
              </w:rPr>
              <w:t>DELIVERY ADDRESS</w:t>
            </w:r>
          </w:p>
          <w:p w14:paraId="4A5BEB00" w14:textId="77777777" w:rsidR="00A13818" w:rsidRDefault="00116271">
            <w:pPr>
              <w:pBdr>
                <w:bottom w:val="single" w:sz="6" w:space="0" w:color="C6D0D9"/>
              </w:pBdr>
              <w:spacing w:before="40" w:after="140"/>
            </w:pPr>
            <w:r>
              <w:t>________________________________________________</w:t>
            </w:r>
          </w:p>
        </w:tc>
        <w:tc>
          <w:tcPr>
            <w:tcW w:w="5098" w:type="dxa"/>
            <w:vAlign w:val="center"/>
          </w:tcPr>
          <w:p w14:paraId="43534E32" w14:textId="77777777" w:rsidR="00A13818" w:rsidRDefault="00116271">
            <w:pPr>
              <w:pBdr>
                <w:bottom w:val="single" w:sz="6" w:space="0" w:color="C6D0D9"/>
              </w:pBdr>
              <w:spacing w:after="40"/>
            </w:pPr>
            <w:r>
              <w:rPr>
                <w:b/>
                <w:color w:val="5C6A77"/>
                <w:sz w:val="14"/>
              </w:rPr>
              <w:t>CITY / STATE / ZIP</w:t>
            </w:r>
          </w:p>
          <w:p w14:paraId="6DEB9CEB" w14:textId="77777777" w:rsidR="00A13818" w:rsidRDefault="00116271">
            <w:pPr>
              <w:pBdr>
                <w:bottom w:val="single" w:sz="6" w:space="0" w:color="C6D0D9"/>
              </w:pBdr>
              <w:spacing w:before="40" w:after="140"/>
            </w:pPr>
            <w:r>
              <w:t>________________________________________________</w:t>
            </w:r>
          </w:p>
        </w:tc>
      </w:tr>
    </w:tbl>
    <w:p w14:paraId="445F9996" w14:textId="77777777" w:rsidR="00A13818" w:rsidRDefault="00116271">
      <w:pPr>
        <w:pStyle w:val="BlockHead"/>
      </w:pPr>
      <w:r>
        <w:t>2   Freight delivery information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98"/>
        <w:gridCol w:w="5098"/>
      </w:tblGrid>
      <w:tr w:rsidR="00A13818" w14:paraId="5D05EE45" w14:textId="77777777">
        <w:trPr>
          <w:jc w:val="center"/>
        </w:trPr>
        <w:tc>
          <w:tcPr>
            <w:tcW w:w="5098" w:type="dxa"/>
            <w:vAlign w:val="center"/>
          </w:tcPr>
          <w:p w14:paraId="2293FB65" w14:textId="77777777" w:rsidR="00A13818" w:rsidRDefault="00116271">
            <w:pPr>
              <w:pBdr>
                <w:bottom w:val="single" w:sz="6" w:space="0" w:color="C6D0D9"/>
              </w:pBdr>
              <w:spacing w:after="40"/>
            </w:pPr>
            <w:r>
              <w:rPr>
                <w:b/>
                <w:color w:val="5C6A77"/>
                <w:sz w:val="14"/>
              </w:rPr>
              <w:t>DELIVERY DATE</w:t>
            </w:r>
          </w:p>
          <w:p w14:paraId="22200B63" w14:textId="77777777" w:rsidR="00A13818" w:rsidRDefault="00116271">
            <w:pPr>
              <w:pBdr>
                <w:bottom w:val="single" w:sz="6" w:space="0" w:color="C6D0D9"/>
              </w:pBdr>
              <w:spacing w:before="40" w:after="140"/>
            </w:pPr>
            <w:r>
              <w:t>________________________________________________</w:t>
            </w:r>
          </w:p>
        </w:tc>
        <w:tc>
          <w:tcPr>
            <w:tcW w:w="5098" w:type="dxa"/>
            <w:vAlign w:val="center"/>
          </w:tcPr>
          <w:p w14:paraId="4261A98F" w14:textId="77777777" w:rsidR="00A13818" w:rsidRDefault="00116271">
            <w:pPr>
              <w:pBdr>
                <w:bottom w:val="single" w:sz="6" w:space="0" w:color="C6D0D9"/>
              </w:pBdr>
              <w:spacing w:after="40"/>
            </w:pPr>
            <w:r>
              <w:rPr>
                <w:b/>
                <w:color w:val="5C6A77"/>
                <w:sz w:val="14"/>
              </w:rPr>
              <w:t>FREIGHT CARRIER</w:t>
            </w:r>
          </w:p>
          <w:p w14:paraId="37B2AF90" w14:textId="77777777" w:rsidR="00A13818" w:rsidRDefault="00116271">
            <w:pPr>
              <w:pBdr>
                <w:bottom w:val="single" w:sz="6" w:space="0" w:color="C6D0D9"/>
              </w:pBdr>
              <w:spacing w:before="40" w:after="140"/>
            </w:pPr>
            <w:r>
              <w:t>________________________________________________</w:t>
            </w:r>
          </w:p>
        </w:tc>
      </w:tr>
      <w:tr w:rsidR="00A13818" w14:paraId="4F9BCDB0" w14:textId="77777777">
        <w:trPr>
          <w:jc w:val="center"/>
        </w:trPr>
        <w:tc>
          <w:tcPr>
            <w:tcW w:w="5098" w:type="dxa"/>
            <w:vAlign w:val="center"/>
          </w:tcPr>
          <w:p w14:paraId="4792A76E" w14:textId="77777777" w:rsidR="00A13818" w:rsidRDefault="00116271">
            <w:pPr>
              <w:pBdr>
                <w:bottom w:val="single" w:sz="6" w:space="0" w:color="C6D0D9"/>
              </w:pBdr>
              <w:spacing w:after="40"/>
            </w:pPr>
            <w:r>
              <w:rPr>
                <w:b/>
                <w:color w:val="5C6A77"/>
                <w:sz w:val="14"/>
              </w:rPr>
              <w:t>TRACKING / PRO NUMBER</w:t>
            </w:r>
          </w:p>
          <w:p w14:paraId="602E030C" w14:textId="77777777" w:rsidR="00A13818" w:rsidRDefault="00116271">
            <w:pPr>
              <w:pBdr>
                <w:bottom w:val="single" w:sz="6" w:space="0" w:color="C6D0D9"/>
              </w:pBdr>
              <w:spacing w:before="40" w:after="140"/>
            </w:pPr>
            <w:r>
              <w:t>________________________________________________</w:t>
            </w:r>
          </w:p>
        </w:tc>
        <w:tc>
          <w:tcPr>
            <w:tcW w:w="5098" w:type="dxa"/>
            <w:vAlign w:val="center"/>
          </w:tcPr>
          <w:p w14:paraId="6037C643" w14:textId="77777777" w:rsidR="00A13818" w:rsidRDefault="00116271">
            <w:pPr>
              <w:pBdr>
                <w:bottom w:val="single" w:sz="6" w:space="0" w:color="C6D0D9"/>
              </w:pBdr>
              <w:spacing w:after="40"/>
            </w:pPr>
            <w:r>
              <w:rPr>
                <w:b/>
                <w:color w:val="5C6A77"/>
                <w:sz w:val="14"/>
              </w:rPr>
              <w:t>BOL / DELIVERY RECEIPT NUMBER</w:t>
            </w:r>
          </w:p>
          <w:p w14:paraId="56BDEF8D" w14:textId="77777777" w:rsidR="00A13818" w:rsidRDefault="00116271">
            <w:pPr>
              <w:pBdr>
                <w:bottom w:val="single" w:sz="6" w:space="0" w:color="C6D0D9"/>
              </w:pBdr>
              <w:spacing w:before="40" w:after="140"/>
            </w:pPr>
            <w:r>
              <w:t>________________________________________________</w:t>
            </w:r>
          </w:p>
        </w:tc>
      </w:tr>
      <w:tr w:rsidR="00A13818" w14:paraId="30CE2B49" w14:textId="77777777">
        <w:trPr>
          <w:jc w:val="center"/>
        </w:trPr>
        <w:tc>
          <w:tcPr>
            <w:tcW w:w="5098" w:type="dxa"/>
            <w:vAlign w:val="center"/>
          </w:tcPr>
          <w:p w14:paraId="272EAE22" w14:textId="77777777" w:rsidR="00A13818" w:rsidRDefault="00116271">
            <w:pPr>
              <w:pBdr>
                <w:bottom w:val="single" w:sz="6" w:space="0" w:color="C6D0D9"/>
              </w:pBdr>
              <w:spacing w:after="40"/>
            </w:pPr>
            <w:r>
              <w:rPr>
                <w:b/>
                <w:color w:val="5C6A77"/>
                <w:sz w:val="14"/>
              </w:rPr>
              <w:t>TOTAL CRATES EXPECTED</w:t>
            </w:r>
          </w:p>
          <w:p w14:paraId="44DB15FC" w14:textId="77777777" w:rsidR="00A13818" w:rsidRDefault="00116271">
            <w:pPr>
              <w:pBdr>
                <w:bottom w:val="single" w:sz="6" w:space="0" w:color="C6D0D9"/>
              </w:pBdr>
              <w:spacing w:before="40" w:after="140"/>
            </w:pPr>
            <w:r>
              <w:t>________________________________________________</w:t>
            </w:r>
          </w:p>
        </w:tc>
        <w:tc>
          <w:tcPr>
            <w:tcW w:w="5098" w:type="dxa"/>
            <w:vAlign w:val="center"/>
          </w:tcPr>
          <w:p w14:paraId="23E730E7" w14:textId="77777777" w:rsidR="00A13818" w:rsidRDefault="00116271">
            <w:pPr>
              <w:pBdr>
                <w:bottom w:val="single" w:sz="6" w:space="0" w:color="C6D0D9"/>
              </w:pBdr>
              <w:spacing w:after="40"/>
            </w:pPr>
            <w:r>
              <w:rPr>
                <w:b/>
                <w:color w:val="5C6A77"/>
                <w:sz w:val="14"/>
              </w:rPr>
              <w:t>TOTAL CRATES RECEIVED</w:t>
            </w:r>
          </w:p>
          <w:p w14:paraId="774BC4EA" w14:textId="77777777" w:rsidR="00A13818" w:rsidRDefault="00116271">
            <w:pPr>
              <w:pBdr>
                <w:bottom w:val="single" w:sz="6" w:space="0" w:color="C6D0D9"/>
              </w:pBdr>
              <w:spacing w:before="40" w:after="140"/>
            </w:pPr>
            <w:r>
              <w:t>________________________________________________</w:t>
            </w:r>
          </w:p>
        </w:tc>
      </w:tr>
    </w:tbl>
    <w:p w14:paraId="705F671C" w14:textId="77777777" w:rsidR="00A13818" w:rsidRDefault="00116271">
      <w:r>
        <w:rPr>
          <w:b/>
          <w:sz w:val="17"/>
        </w:rPr>
        <w:t>TYPE OF ISSUE:  ☐ Visible damage   ☐ Concealed damage   ☐ Missing crates/items   ☐ Other</w:t>
      </w:r>
    </w:p>
    <w:p w14:paraId="170383FA" w14:textId="77777777" w:rsidR="00A13818" w:rsidRDefault="00116271">
      <w:r>
        <w:rPr>
          <w:b/>
          <w:sz w:val="17"/>
        </w:rPr>
        <w:t>DELIVERY STATUS:  ☐ Accepted   ☐ Accepted with damage noted   ☐ Refused   ☐ Not delivered</w:t>
      </w:r>
    </w:p>
    <w:p w14:paraId="7CEAC963" w14:textId="77777777" w:rsidR="00A13818" w:rsidRDefault="00116271">
      <w:pPr>
        <w:pStyle w:val="BlockHead"/>
      </w:pPr>
      <w:r>
        <w:t>3   Damage description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98"/>
        <w:gridCol w:w="5098"/>
      </w:tblGrid>
      <w:tr w:rsidR="00A13818" w14:paraId="2170F256" w14:textId="77777777">
        <w:trPr>
          <w:jc w:val="center"/>
        </w:trPr>
        <w:tc>
          <w:tcPr>
            <w:tcW w:w="5098" w:type="dxa"/>
            <w:vAlign w:val="center"/>
          </w:tcPr>
          <w:p w14:paraId="563CC450" w14:textId="77777777" w:rsidR="00A13818" w:rsidRDefault="00116271">
            <w:pPr>
              <w:pBdr>
                <w:bottom w:val="single" w:sz="6" w:space="0" w:color="C6D0D9"/>
              </w:pBdr>
              <w:spacing w:after="40"/>
            </w:pPr>
            <w:r>
              <w:rPr>
                <w:b/>
                <w:color w:val="5C6A77"/>
                <w:sz w:val="14"/>
              </w:rPr>
              <w:t>DAMAGED CRATE NUMBERS / PRODUCT NUMBERS</w:t>
            </w:r>
          </w:p>
          <w:p w14:paraId="744419BC" w14:textId="77777777" w:rsidR="00A13818" w:rsidRDefault="00116271">
            <w:pPr>
              <w:pBdr>
                <w:bottom w:val="single" w:sz="6" w:space="0" w:color="C6D0D9"/>
              </w:pBdr>
              <w:spacing w:before="40" w:after="140"/>
            </w:pPr>
            <w:r>
              <w:t>________________________________________________</w:t>
            </w:r>
          </w:p>
        </w:tc>
        <w:tc>
          <w:tcPr>
            <w:tcW w:w="5098" w:type="dxa"/>
            <w:vAlign w:val="center"/>
          </w:tcPr>
          <w:p w14:paraId="739C37FB" w14:textId="77777777" w:rsidR="00A13818" w:rsidRDefault="00116271">
            <w:pPr>
              <w:pBdr>
                <w:bottom w:val="single" w:sz="6" w:space="0" w:color="C6D0D9"/>
              </w:pBdr>
              <w:spacing w:after="40"/>
            </w:pPr>
            <w:r>
              <w:rPr>
                <w:b/>
                <w:color w:val="5C6A77"/>
                <w:sz w:val="14"/>
              </w:rPr>
              <w:t>DATE DAMAGE WAS DISCOVERED</w:t>
            </w:r>
          </w:p>
          <w:p w14:paraId="4B1C8D99" w14:textId="77777777" w:rsidR="00A13818" w:rsidRDefault="00116271">
            <w:pPr>
              <w:pBdr>
                <w:bottom w:val="single" w:sz="6" w:space="0" w:color="C6D0D9"/>
              </w:pBdr>
              <w:spacing w:before="40" w:after="140"/>
            </w:pPr>
            <w:r>
              <w:t>________________________________________________</w:t>
            </w:r>
          </w:p>
        </w:tc>
      </w:tr>
    </w:tbl>
    <w:p w14:paraId="050D9939" w14:textId="77777777" w:rsidR="00A13818" w:rsidRDefault="00116271">
      <w:r>
        <w:rPr>
          <w:b/>
          <w:sz w:val="16"/>
        </w:rPr>
        <w:t>DESCRIBE ALL DAMAGE, QUANTITIES, AND AFFECTED ITEMS:</w:t>
      </w:r>
    </w:p>
    <w:p w14:paraId="75BBDA39" w14:textId="77777777" w:rsidR="00A13818" w:rsidRDefault="00116271">
      <w:pPr>
        <w:spacing w:after="20"/>
      </w:pPr>
      <w:r>
        <w:rPr>
          <w:color w:val="5C6A77"/>
          <w:sz w:val="16"/>
        </w:rPr>
        <w:t>_________________________________________________________________________________________________</w:t>
      </w:r>
    </w:p>
    <w:p w14:paraId="42AFB797" w14:textId="77777777" w:rsidR="00A13818" w:rsidRDefault="00116271">
      <w:pPr>
        <w:spacing w:after="20"/>
      </w:pPr>
      <w:r>
        <w:rPr>
          <w:color w:val="5C6A77"/>
          <w:sz w:val="16"/>
        </w:rPr>
        <w:t>_________________________________________________________________________________________________</w:t>
      </w:r>
    </w:p>
    <w:p w14:paraId="6A22F17F" w14:textId="77777777" w:rsidR="00A13818" w:rsidRDefault="00116271">
      <w:pPr>
        <w:spacing w:after="20"/>
      </w:pPr>
      <w:r>
        <w:rPr>
          <w:color w:val="5C6A77"/>
          <w:sz w:val="16"/>
        </w:rPr>
        <w:t>_________________________________________________________________________________________________</w:t>
      </w:r>
    </w:p>
    <w:p w14:paraId="59978694" w14:textId="77777777" w:rsidR="00A13818" w:rsidRDefault="00116271">
      <w:pPr>
        <w:spacing w:after="20"/>
      </w:pPr>
      <w:r>
        <w:rPr>
          <w:color w:val="5C6A77"/>
          <w:sz w:val="16"/>
        </w:rPr>
        <w:t>_________________________________________________________________________________________________</w:t>
      </w:r>
    </w:p>
    <w:p w14:paraId="2512B5C2" w14:textId="77777777" w:rsidR="00A13818" w:rsidRDefault="00116271">
      <w:r>
        <w:br w:type="page"/>
      </w:r>
    </w:p>
    <w:p w14:paraId="59D38CB8" w14:textId="77777777" w:rsidR="00A13818" w:rsidRDefault="00116271">
      <w:pPr>
        <w:spacing w:after="20"/>
      </w:pPr>
      <w:r>
        <w:rPr>
          <w:b/>
          <w:color w:val="B18B48"/>
          <w:sz w:val="22"/>
        </w:rPr>
        <w:t>STEINHAUS  |  ARCHITECTURAL PRODUCTS</w:t>
      </w:r>
    </w:p>
    <w:p w14:paraId="23CA665B" w14:textId="77777777" w:rsidR="00A13818" w:rsidRDefault="00116271">
      <w:pPr>
        <w:pStyle w:val="TitleSmall"/>
        <w:spacing w:after="0"/>
      </w:pPr>
      <w:r>
        <w:t>FREIGHT DAMAGE REPORT</w:t>
      </w:r>
    </w:p>
    <w:p w14:paraId="26C58009" w14:textId="77777777" w:rsidR="00A13818" w:rsidRDefault="00116271">
      <w:pPr>
        <w:pBdr>
          <w:bottom w:val="single" w:sz="6" w:space="0" w:color="B18B48"/>
        </w:pBdr>
      </w:pPr>
      <w:r>
        <w:rPr>
          <w:color w:val="5C6A77"/>
        </w:rPr>
        <w:t>Documentation checklist  •  Keep this report with photographs and the signed delivery receipt</w:t>
      </w:r>
    </w:p>
    <w:p w14:paraId="01CD9DFC" w14:textId="77777777" w:rsidR="00A13818" w:rsidRDefault="00116271">
      <w:pPr>
        <w:pStyle w:val="BlockHead"/>
      </w:pPr>
      <w:r>
        <w:t>4   Required delivery documentation</w:t>
      </w:r>
    </w:p>
    <w:p w14:paraId="48326F50" w14:textId="77777777" w:rsidR="00A13818" w:rsidRDefault="00116271">
      <w:pPr>
        <w:spacing w:after="140"/>
      </w:pPr>
      <w:r>
        <w:t>☐</w:t>
      </w:r>
      <w:r>
        <w:t xml:space="preserve"> The shipment and each crate were inspected when delivered, when safely possible.</w:t>
      </w:r>
    </w:p>
    <w:p w14:paraId="51E534B1" w14:textId="77777777" w:rsidR="00A13818" w:rsidRDefault="00116271">
      <w:pPr>
        <w:spacing w:after="140"/>
      </w:pPr>
      <w:r>
        <w:t>☐</w:t>
      </w:r>
      <w:r>
        <w:t xml:space="preserve"> Visible damage/shortage was described specifically on the BOL or POD BEFORE signing.</w:t>
      </w:r>
    </w:p>
    <w:p w14:paraId="612358F8" w14:textId="77777777" w:rsidR="00A13818" w:rsidRDefault="00116271">
      <w:pPr>
        <w:spacing w:after="140"/>
      </w:pPr>
      <w:r>
        <w:t>☐</w:t>
      </w:r>
      <w:r>
        <w:t xml:space="preserve"> The driver was informed of visible damage or any refused freight.</w:t>
      </w:r>
    </w:p>
    <w:p w14:paraId="241906CD" w14:textId="77777777" w:rsidR="00A13818" w:rsidRDefault="00116271">
      <w:pPr>
        <w:spacing w:after="140"/>
      </w:pPr>
      <w:r>
        <w:t>☐</w:t>
      </w:r>
      <w:r>
        <w:t xml:space="preserve"> A copy or photo of the signed/noted BOL/POD was saved.</w:t>
      </w:r>
    </w:p>
    <w:p w14:paraId="6F269EBE" w14:textId="77777777" w:rsidR="00A13818" w:rsidRDefault="00116271">
      <w:pPr>
        <w:spacing w:after="140"/>
      </w:pPr>
      <w:r>
        <w:t>☐</w:t>
      </w:r>
      <w:r>
        <w:t xml:space="preserve"> Photos were taken of the full shipment, labels, all damaged packaging, and product damage.</w:t>
      </w:r>
    </w:p>
    <w:p w14:paraId="37A4C8AC" w14:textId="77777777" w:rsidR="00A13818" w:rsidRDefault="00116271">
      <w:pPr>
        <w:spacing w:after="140"/>
      </w:pPr>
      <w:r>
        <w:t>☐</w:t>
      </w:r>
      <w:r>
        <w:t xml:space="preserve"> All packaging, foam, crates, straps, and damaged items have been retained.</w:t>
      </w:r>
    </w:p>
    <w:p w14:paraId="47B34CAB" w14:textId="77777777" w:rsidR="00A13818" w:rsidRDefault="00116271">
      <w:pPr>
        <w:spacing w:after="140"/>
      </w:pPr>
      <w:r>
        <w:t>☐</w:t>
      </w:r>
      <w:r>
        <w:t xml:space="preserve"> Damaged products have NOT been repaired or installed pending instructions.</w:t>
      </w:r>
    </w:p>
    <w:p w14:paraId="44912253" w14:textId="77777777" w:rsidR="00A13818" w:rsidRDefault="00116271">
      <w:pPr>
        <w:pStyle w:val="BlockHead"/>
      </w:pPr>
      <w:r>
        <w:t>5   BOL notation / driver acknowledgment</w:t>
      </w:r>
    </w:p>
    <w:p w14:paraId="0EDE9AB4" w14:textId="77777777" w:rsidR="00A13818" w:rsidRDefault="00116271">
      <w:r>
        <w:t>Visible damage described on BOL?   ☐ Yes    ☐ No    ☐ Concealed damage    ☐ BOL unavailable</w:t>
      </w:r>
    </w:p>
    <w:p w14:paraId="0CE1A8FC" w14:textId="77777777" w:rsidR="00A13818" w:rsidRDefault="00116271">
      <w:r>
        <w:t>Did the driver witness/acknowledge the damage?   ☐ Yes    ☐ No    ☐ Unknown</w:t>
      </w:r>
    </w:p>
    <w:p w14:paraId="481C8ADC" w14:textId="77777777" w:rsidR="00A13818" w:rsidRDefault="00116271">
      <w:r>
        <w:rPr>
          <w:b/>
          <w:sz w:val="16"/>
        </w:rPr>
        <w:t>EXACT WORDING WRITTEN ON BOL/POD:</w:t>
      </w:r>
    </w:p>
    <w:p w14:paraId="0A08066C" w14:textId="77777777" w:rsidR="00A13818" w:rsidRDefault="00116271">
      <w:pPr>
        <w:spacing w:after="60"/>
      </w:pPr>
      <w:r>
        <w:rPr>
          <w:color w:val="5C6A77"/>
          <w:sz w:val="16"/>
        </w:rPr>
        <w:t>_________________________________________________________________________________________________</w:t>
      </w:r>
    </w:p>
    <w:p w14:paraId="70EB114F" w14:textId="77777777" w:rsidR="00A13818" w:rsidRDefault="00116271">
      <w:pPr>
        <w:spacing w:after="60"/>
      </w:pPr>
      <w:r>
        <w:rPr>
          <w:color w:val="5C6A77"/>
          <w:sz w:val="16"/>
        </w:rPr>
        <w:t>_________________________________________________________________________________________________</w:t>
      </w:r>
    </w:p>
    <w:p w14:paraId="0503E6C2" w14:textId="77777777" w:rsidR="00A13818" w:rsidRDefault="00116271">
      <w:pPr>
        <w:spacing w:after="60"/>
      </w:pPr>
      <w:r>
        <w:rPr>
          <w:color w:val="5C6A77"/>
          <w:sz w:val="16"/>
        </w:rPr>
        <w:t>_________________________________________________________________________________________________</w:t>
      </w:r>
    </w:p>
    <w:p w14:paraId="01B858E7" w14:textId="77777777" w:rsidR="00A13818" w:rsidRDefault="00116271">
      <w:pPr>
        <w:pStyle w:val="BlockHead"/>
      </w:pPr>
      <w:r>
        <w:t>6   Supporting files / photographs</w:t>
      </w:r>
    </w:p>
    <w:p w14:paraId="183740C8" w14:textId="77777777" w:rsidR="00A13818" w:rsidRDefault="00116271">
      <w:r>
        <w:t>Photographs included:   ☐ Entire shipment    ☐ Damage close-up    ☐ Shipping labels    ☐ Contents</w:t>
      </w:r>
    </w:p>
    <w:p w14:paraId="1ABCE83E" w14:textId="77777777" w:rsidR="00A13818" w:rsidRDefault="00116271">
      <w:r>
        <w:t>Delivery receipt included:  ☐ Signed BOL/POD    ☐ Electronic receipt    ☐ Not available</w:t>
      </w:r>
    </w:p>
    <w:p w14:paraId="5C2643C0" w14:textId="77777777" w:rsidR="00A13818" w:rsidRDefault="00116271">
      <w:r>
        <w:t>If delivery paperwork is unavailable, explain: ______________________________________________________________</w:t>
      </w:r>
    </w:p>
    <w:p w14:paraId="4302038D" w14:textId="77777777" w:rsidR="00A13818" w:rsidRDefault="00116271">
      <w:pPr>
        <w:pStyle w:val="BlockHead"/>
      </w:pPr>
      <w:r>
        <w:t>7   Customer confirmation</w:t>
      </w:r>
    </w:p>
    <w:p w14:paraId="3F4F1A28" w14:textId="77777777" w:rsidR="00A13818" w:rsidRDefault="00116271">
      <w:pPr>
        <w:spacing w:after="260"/>
      </w:pPr>
      <w:r>
        <w:t>I confirm the information above is accurate to the best of my knowledge. I understand that this report may be shared with the freight carrier or its insurer to assess a potential claim. Filing this form does not guarantee a claim outcome.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98"/>
        <w:gridCol w:w="5098"/>
      </w:tblGrid>
      <w:tr w:rsidR="00A13818" w14:paraId="6CD7A7B6" w14:textId="77777777">
        <w:trPr>
          <w:jc w:val="center"/>
        </w:trPr>
        <w:tc>
          <w:tcPr>
            <w:tcW w:w="5098" w:type="dxa"/>
            <w:vAlign w:val="center"/>
          </w:tcPr>
          <w:p w14:paraId="58AB3384" w14:textId="77777777" w:rsidR="00A13818" w:rsidRDefault="00116271">
            <w:pPr>
              <w:pBdr>
                <w:bottom w:val="single" w:sz="6" w:space="0" w:color="C6D0D9"/>
              </w:pBdr>
              <w:spacing w:after="40"/>
            </w:pPr>
            <w:r>
              <w:rPr>
                <w:b/>
                <w:color w:val="5C6A77"/>
                <w:sz w:val="14"/>
              </w:rPr>
              <w:t>CUSTOMER / RECEIVING REPRESENTATIVE SIGNATURE</w:t>
            </w:r>
          </w:p>
          <w:p w14:paraId="3AE437A1" w14:textId="77777777" w:rsidR="00A13818" w:rsidRDefault="00116271">
            <w:pPr>
              <w:pBdr>
                <w:bottom w:val="single" w:sz="6" w:space="0" w:color="C6D0D9"/>
              </w:pBdr>
              <w:spacing w:before="40" w:after="140"/>
            </w:pPr>
            <w:r>
              <w:t>________________________________________________</w:t>
            </w:r>
          </w:p>
        </w:tc>
        <w:tc>
          <w:tcPr>
            <w:tcW w:w="5098" w:type="dxa"/>
            <w:vAlign w:val="center"/>
          </w:tcPr>
          <w:p w14:paraId="6036EBCF" w14:textId="77777777" w:rsidR="00A13818" w:rsidRDefault="00116271">
            <w:pPr>
              <w:pBdr>
                <w:bottom w:val="single" w:sz="6" w:space="0" w:color="C6D0D9"/>
              </w:pBdr>
              <w:spacing w:after="40"/>
            </w:pPr>
            <w:r>
              <w:rPr>
                <w:b/>
                <w:color w:val="5C6A77"/>
                <w:sz w:val="14"/>
              </w:rPr>
              <w:t>DATE SIGNED</w:t>
            </w:r>
          </w:p>
          <w:p w14:paraId="3601599D" w14:textId="77777777" w:rsidR="00A13818" w:rsidRDefault="00116271">
            <w:pPr>
              <w:pBdr>
                <w:bottom w:val="single" w:sz="6" w:space="0" w:color="C6D0D9"/>
              </w:pBdr>
              <w:spacing w:before="40" w:after="140"/>
            </w:pPr>
            <w:r>
              <w:t>________________________________________________</w:t>
            </w:r>
          </w:p>
        </w:tc>
      </w:tr>
    </w:tbl>
    <w:p w14:paraId="2849DC7E" w14:textId="77777777" w:rsidR="00A13818" w:rsidRDefault="00116271">
      <w:pPr>
        <w:spacing w:before="120"/>
      </w:pPr>
      <w:r>
        <w:rPr>
          <w:b/>
        </w:rPr>
        <w:t>Submit this report and supporting photos through the STEINHAUS website, or call Customer Service immediately at 844-343-3667 for instructions. Do not assume that a printed form alone is a submitted claim.</w:t>
      </w:r>
    </w:p>
    <w:sectPr w:rsidR="00A13818" w:rsidSect="00034616">
      <w:footerReference w:type="default" r:id="rId8"/>
      <w:pgSz w:w="12240" w:h="15840"/>
      <w:pgMar w:top="936" w:right="965" w:bottom="893" w:left="96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4DF1AFB" w14:textId="77777777" w:rsidR="00116271" w:rsidRDefault="00116271">
      <w:pPr>
        <w:spacing w:after="0" w:line="240" w:lineRule="auto"/>
      </w:pPr>
      <w:r>
        <w:separator/>
      </w:r>
    </w:p>
  </w:endnote>
  <w:endnote w:type="continuationSeparator" w:id="0">
    <w:p w14:paraId="5BC601C4" w14:textId="77777777" w:rsidR="00116271" w:rsidRDefault="001162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92AD30" w14:textId="77777777" w:rsidR="00A13818" w:rsidRDefault="00116271">
    <w:pPr>
      <w:pStyle w:val="Footer"/>
      <w:jc w:val="center"/>
    </w:pPr>
    <w:r>
      <w:rPr>
        <w:b/>
        <w:color w:val="5C6A77"/>
        <w:sz w:val="16"/>
      </w:rPr>
      <w:t>STEINHAUS ARCHITECTURAL PRODUCTS   |   CUSTOMER SERVICE 844-343-3667   |   steinhausus.com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4C67285" w14:textId="77777777" w:rsidR="00116271" w:rsidRDefault="00116271">
      <w:pPr>
        <w:spacing w:after="0" w:line="240" w:lineRule="auto"/>
      </w:pPr>
      <w:r>
        <w:separator/>
      </w:r>
    </w:p>
  </w:footnote>
  <w:footnote w:type="continuationSeparator" w:id="0">
    <w:p w14:paraId="18ACC058" w14:textId="77777777" w:rsidR="00116271" w:rsidRDefault="001162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06372566">
    <w:abstractNumId w:val="8"/>
  </w:num>
  <w:num w:numId="2" w16cid:durableId="1790467646">
    <w:abstractNumId w:val="6"/>
  </w:num>
  <w:num w:numId="3" w16cid:durableId="1159156869">
    <w:abstractNumId w:val="5"/>
  </w:num>
  <w:num w:numId="4" w16cid:durableId="1733886941">
    <w:abstractNumId w:val="4"/>
  </w:num>
  <w:num w:numId="5" w16cid:durableId="1930890069">
    <w:abstractNumId w:val="7"/>
  </w:num>
  <w:num w:numId="6" w16cid:durableId="1964191364">
    <w:abstractNumId w:val="3"/>
  </w:num>
  <w:num w:numId="7" w16cid:durableId="897475230">
    <w:abstractNumId w:val="2"/>
  </w:num>
  <w:num w:numId="8" w16cid:durableId="1212233303">
    <w:abstractNumId w:val="1"/>
  </w:num>
  <w:num w:numId="9" w16cid:durableId="191898179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64"/>
  <w:proofState w:spelling="clean"/>
  <w:revisionView w:inkAnnotations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6271"/>
    <w:rsid w:val="0015074B"/>
    <w:rsid w:val="0029639D"/>
    <w:rsid w:val="00326F90"/>
    <w:rsid w:val="0087039F"/>
    <w:rsid w:val="00A1381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C0A4E3D"/>
  <w14:defaultImageDpi w14:val="300"/>
  <w15:docId w15:val="{E0DD1D21-649D-B84F-9BF9-5EDEE59D5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14243A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itleSmall">
    <w:name w:val="TitleSmall"/>
    <w:basedOn w:val="Normal"/>
    <w:pPr>
      <w:spacing w:before="160" w:after="80"/>
    </w:pPr>
    <w:rPr>
      <w:rFonts w:ascii="Aptos Display" w:hAnsi="Aptos Display"/>
      <w:b/>
      <w:sz w:val="34"/>
    </w:rPr>
  </w:style>
  <w:style w:type="paragraph" w:customStyle="1" w:styleId="BlockHead">
    <w:name w:val="BlockHead"/>
    <w:basedOn w:val="Normal"/>
    <w:pPr>
      <w:spacing w:before="160" w:after="80"/>
    </w:pPr>
    <w:rPr>
      <w:rFonts w:ascii="Aptos Display" w:hAnsi="Aptos Display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658</Words>
  <Characters>3752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Jeff Sundermeyer</cp:lastModifiedBy>
  <cp:revision>2</cp:revision>
  <dcterms:created xsi:type="dcterms:W3CDTF">2026-10-11T18:20:00Z</dcterms:created>
  <dcterms:modified xsi:type="dcterms:W3CDTF">2026-10-11T18:20:00Z</dcterms:modified>
  <cp:category/>
</cp:coreProperties>
</file>